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38"/>
        <w:gridCol w:w="6350"/>
      </w:tblGrid>
      <w:tr>
        <w:tc>
          <w:tcPr>
            <w:tcW w:type="dxa" w:w="4677"/>
            <w:shd w:fill="0D6761"/>
            <w:tcBorders>
              <w:top w:val="single" w:sz="5" w:color="B9D6CC"/>
              <w:left w:val="single" w:sz="5" w:color="B9D6CC"/>
              <w:bottom w:val="single" w:sz="5" w:color="B9D6CC"/>
              <w:right w:val="single" w:sz="5" w:color="B9D6CC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COATINGS AND LAYERS 2026</w:t>
            </w:r>
          </w:p>
        </w:tc>
        <w:tc>
          <w:tcPr>
            <w:tcW w:type="dxa" w:w="4677"/>
            <w:shd w:fill="E9F4F0"/>
            <w:tcBorders>
              <w:top w:val="single" w:sz="5" w:color="B9D6CC"/>
              <w:left w:val="single" w:sz="5" w:color="B9D6CC"/>
              <w:bottom w:val="single" w:sz="5" w:color="B9D6CC"/>
              <w:right w:val="single" w:sz="5" w:color="B9D6CC"/>
            </w:tcBorders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color w:val="13201E"/>
                <w:sz w:val="18"/>
              </w:rPr>
              <w:t>Paper template · submission by 1 October 2026 · max. 6 pages</w:t>
            </w:r>
          </w:p>
        </w:tc>
      </w:tr>
    </w:tbl>
    <w:p>
      <w:pPr>
        <w:spacing w:before="0" w:after="100" w:line="240" w:lineRule="auto"/>
      </w:pPr>
    </w:p>
    <w:p>
      <w:pPr>
        <w:pStyle w:val="TitleCZ/SK"/>
      </w:pPr>
      <w:r>
        <w:rPr>
          <w:rFonts w:ascii="Times New Roman" w:hAnsi="Times New Roman" w:eastAsia="Times New Roman"/>
          <w:b/>
          <w:i w:val="0"/>
          <w:sz w:val="28"/>
        </w:rPr>
        <w:t>PAPER TITLE IN CZECH OR SLOVAK</w:t>
      </w:r>
    </w:p>
    <w:p>
      <w:pPr>
        <w:pStyle w:val="TitleCZ/SK"/>
        <w:spacing w:before="0" w:after="140" w:line="240" w:lineRule="auto"/>
      </w:pPr>
      <w:r>
        <w:rPr>
          <w:rFonts w:ascii="Times New Roman" w:hAnsi="Times New Roman" w:eastAsia="Times New Roman"/>
          <w:b/>
          <w:i w:val="0"/>
          <w:sz w:val="28"/>
        </w:rPr>
        <w:t>PAPER TITLE IN ENGLISH</w:t>
      </w:r>
    </w:p>
    <w:p>
      <w:pPr>
        <w:spacing w:before="0" w:after="40" w:line="240" w:lineRule="auto"/>
      </w:pPr>
      <w:r>
        <w:rPr>
          <w:rFonts w:ascii="Times New Roman" w:hAnsi="Times New Roman" w:eastAsia="Times New Roman"/>
          <w:b/>
          <w:i w:val="0"/>
          <w:sz w:val="24"/>
        </w:rPr>
        <w:t>Title, First name SURNAME; Title, First name SURNAME</w:t>
      </w:r>
    </w:p>
    <w:p>
      <w:pPr>
        <w:spacing w:before="0" w:after="120" w:line="240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Affiliation / organisation, postal address, corresponding author’s email</w:t>
      </w:r>
    </w:p>
    <w:p>
      <w:pPr>
        <w:spacing w:before="80" w:after="80" w:line="240" w:lineRule="auto"/>
        <w:jc w:val="both"/>
      </w:pPr>
      <w:r>
        <w:rPr>
          <w:rFonts w:ascii="Times New Roman" w:hAnsi="Times New Roman" w:eastAsia="Times New Roman"/>
          <w:b/>
          <w:i/>
          <w:sz w:val="24"/>
        </w:rPr>
        <w:t xml:space="preserve">ABSTRACT: </w:t>
      </w:r>
      <w:r>
        <w:rPr>
          <w:rFonts w:ascii="Times New Roman" w:hAnsi="Times New Roman" w:eastAsia="Times New Roman"/>
          <w:b w:val="0"/>
          <w:i/>
          <w:sz w:val="24"/>
        </w:rPr>
        <w:t>Insert an English abstract of no more than 150 words. Briefly state the objective, methods, principal results and conclusion of the contribution. Replace this instructional text with the final abstract.</w:t>
      </w:r>
    </w:p>
    <w:p>
      <w:pPr>
        <w:spacing w:before="0" w:after="100" w:line="240" w:lineRule="auto"/>
      </w:pPr>
      <w:r>
        <w:rPr>
          <w:rFonts w:ascii="Times New Roman" w:hAnsi="Times New Roman" w:eastAsia="Times New Roman"/>
          <w:b/>
          <w:i w:val="0"/>
          <w:sz w:val="20"/>
        </w:rPr>
        <w:t xml:space="preserve">KEYWORDS: </w:t>
      </w:r>
      <w:r>
        <w:rPr>
          <w:rFonts w:ascii="Times New Roman" w:hAnsi="Times New Roman" w:eastAsia="Times New Roman"/>
          <w:b w:val="0"/>
          <w:i w:val="0"/>
          <w:sz w:val="20"/>
        </w:rPr>
        <w:t>keyword 1; keyword 2; keyword 3</w:t>
      </w:r>
    </w:p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 INTRODUCTION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Use Times New Roman 10 pt for the main text, single line spacing, justified alignment and a first-line indent of 1 cm. Replace this paragraph with your own text. The document is set to A4 and already uses the required page margins.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The complete paper, including figures, tables and references, must not exceed six pages. Organise the text according to its technical content and use clearly numbered section headings.</w:t>
      </w:r>
    </w:p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 SECTION TITLE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Insert figures, graphs and tables directly in the text. Make sure that labels remain legible in print. Microscopy images must include a scale bar or magnification. Recommended image formats are JPG, PNG or TIFF, preferably at 300 dpi.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55"/>
      </w:tblGrid>
      <w:tr>
        <w:tc>
          <w:tcPr>
            <w:tcW w:type="dxa" w:w="9355"/>
            <w:vAlign w:val="center"/>
            <w:shd w:fill="F2F3F0"/>
            <w:tcBorders>
              <w:top w:val="single" w:sz="6" w:color="AEB6B2"/>
              <w:left w:val="single" w:sz="6" w:color="AEB6B2"/>
              <w:bottom w:val="single" w:sz="6" w:color="AEB6B2"/>
              <w:right w:val="single" w:sz="6" w:color="AEB6B2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65706D"/>
                <w:sz w:val="18"/>
              </w:rPr>
              <w:t>[INSERT FIGURE, DIAGRAM OR GRAPH]</w:t>
            </w:r>
          </w:p>
        </w:tc>
      </w:tr>
    </w:tbl>
    <w:p>
      <w:pPr>
        <w:spacing w:before="40" w:after="100" w:line="240" w:lineRule="auto"/>
        <w:jc w:val="center"/>
      </w:pPr>
      <w:r>
        <w:rPr>
          <w:rFonts w:ascii="Times New Roman" w:hAnsi="Times New Roman" w:eastAsia="Times New Roman"/>
          <w:b w:val="0"/>
          <w:i/>
          <w:sz w:val="20"/>
        </w:rPr>
        <w:t>Fig. 1: Figure caption (Times New Roman, 10 pt, italic)</w:t>
      </w:r>
    </w:p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 RESULTS AND DISCUSSION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Report results together with the relevant units and measurement conditions. Cite references in the text using numbers in square brackets, for example [1].</w:t>
      </w:r>
    </w:p>
    <w:p>
      <w:pPr>
        <w:keepNext/>
        <w:spacing w:before="80" w:after="40" w:line="240" w:lineRule="auto"/>
        <w:jc w:val="left"/>
      </w:pPr>
      <w:r>
        <w:rPr>
          <w:rFonts w:ascii="Times New Roman" w:hAnsi="Times New Roman" w:eastAsia="Times New Roman"/>
          <w:b w:val="0"/>
          <w:i/>
          <w:sz w:val="20"/>
        </w:rPr>
        <w:t>Table 1: Example table caption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18"/>
        <w:gridCol w:w="3118"/>
        <w:gridCol w:w="3118"/>
      </w:tblGrid>
      <w:tr>
        <w:trPr>
          <w:tblHeader w:val="true"/>
        </w:trPr>
        <w:tc>
          <w:tcPr>
            <w:tcW w:type="dxa" w:w="3118"/>
            <w:shd w:fill="DDEEE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Parameter</w:t>
            </w:r>
          </w:p>
        </w:tc>
        <w:tc>
          <w:tcPr>
            <w:tcW w:type="dxa" w:w="3118"/>
            <w:shd w:fill="DDEEE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Sample A</w:t>
            </w:r>
          </w:p>
        </w:tc>
        <w:tc>
          <w:tcPr>
            <w:tcW w:type="dxa" w:w="3118"/>
            <w:shd w:fill="DDEEE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Sample B</w:t>
            </w:r>
          </w:p>
        </w:tc>
      </w:tr>
      <w:tr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Value / unit</w:t>
            </w:r>
          </w:p>
        </w:tc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—</w:t>
            </w:r>
          </w:p>
        </w:tc>
      </w:tr>
      <w:tr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Value / unit</w:t>
            </w:r>
          </w:p>
        </w:tc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—</w:t>
            </w:r>
          </w:p>
        </w:tc>
        <w:tc>
          <w:tcPr>
            <w:tcW w:type="dxa" w:w="3118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—</w:t>
            </w:r>
          </w:p>
        </w:tc>
      </w:tr>
    </w:tbl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 CONCLUSION</w:t>
      </w:r>
    </w:p>
    <w:p>
      <w:pPr>
        <w:keepLines w:val="0"/>
        <w:spacing w:before="0" w:after="0" w:line="240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0"/>
        </w:rPr>
        <w:t>Briefly summarise the main contribution and most important conclusions. The author is responsible for the technical, linguistic and formal accuracy of the submitted paper.</w:t>
      </w:r>
    </w:p>
    <w:p>
      <w:pPr>
        <w:keepNext/>
        <w:spacing w:before="160" w:after="60" w:line="240" w:lineRule="auto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REFERENCES</w:t>
      </w:r>
    </w:p>
    <w:p>
      <w:pPr>
        <w:spacing w:before="0" w:after="20" w:line="240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[1] SURNAME, J. Article title. Journal title. Year, volume(issue), pages. DOI.</w:t>
      </w:r>
    </w:p>
    <w:p>
      <w:pPr>
        <w:spacing w:before="0" w:after="80" w:line="240" w:lineRule="auto"/>
      </w:pPr>
      <w:r>
        <w:rPr>
          <w:rFonts w:ascii="Times New Roman" w:hAnsi="Times New Roman" w:eastAsia="Times New Roman"/>
          <w:b w:val="0"/>
          <w:i w:val="0"/>
          <w:sz w:val="20"/>
        </w:rPr>
        <w:t>[2] SURNAME, J. Book title. Place: Publisher, year. ISBN.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355"/>
      </w:tblGrid>
      <w:tr>
        <w:tc>
          <w:tcPr>
            <w:tcW w:type="dxa" w:w="9355"/>
            <w:shd w:fill="FFF4D8"/>
            <w:tcBorders>
              <w:top w:val="single" w:sz="6" w:color="E4B84D"/>
              <w:left w:val="single" w:sz="6" w:color="E4B84D"/>
              <w:bottom w:val="single" w:sz="6" w:color="E4B84D"/>
              <w:right w:val="single" w:sz="6" w:color="E4B84D"/>
            </w:tcBorders>
            <w:tcMar>
              <w:top w:w="120" w:type="dxa"/>
              <w:start w:w="160" w:type="dxa"/>
              <w:bottom w:w="120" w:type="dxa"/>
              <w:end w:w="160" w:type="dxa"/>
            </w:tcMar>
          </w:tcPr>
          <w:p>
            <w:pPr>
              <w:spacing w:before="0" w:after="40" w:line="240" w:lineRule="auto"/>
            </w:pPr>
            <w:r>
              <w:rPr>
                <w:rFonts w:ascii="Times New Roman" w:hAnsi="Times New Roman" w:eastAsia="Times New Roman"/>
                <w:b/>
                <w:i w:val="0"/>
                <w:color w:val="0D6761"/>
                <w:sz w:val="18"/>
              </w:rPr>
              <w:t>BEFORE SUBMISSION</w:t>
            </w:r>
          </w:p>
          <w:p>
            <w:pPr>
              <w:spacing w:before="0" w:after="0" w:line="240" w:lineRule="auto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Remove all instructional text and the grey figure placeholder. Name the file Surname_short-title.docx and send it by 1 October 2026 to vrstvyapovlaky@liss.cz.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1701" w:right="850" w:bottom="1134" w:left="1701" w:header="68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Times New Roman" w:hAnsi="Times New Roman" w:eastAsia="Times New Roman"/>
        <w:b w:val="0"/>
        <w:i w:val="0"/>
        <w:color w:val="5A6360"/>
        <w:sz w:val="16"/>
      </w:rPr>
      <w:t xml:space="preserve">Coatings and Layers 2026  |  26–27 October 2026  |  page </w:t>
    </w:r>
    <w:r>
      <w:rPr>
        <w:rFonts w:ascii="Times New Roman" w:hAnsi="Times New Roman" w:eastAsia="Times New Roman"/>
        <w:b w:val="0"/>
        <w:i w:val="0"/>
        <w:color w:val="5A636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after="0"/>
      <w:jc w:val="both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Z/SK">
    <w:name w:val="Title CZ/SK"/>
    <w:pPr>
      <w:keepNext/>
      <w:spacing w:after="0"/>
      <w:jc w:val="left"/>
    </w:pPr>
    <w:rPr>
      <w:rFonts w:ascii="Times New Roman" w:hAnsi="Times New Roman" w:eastAsia="Times New Roman"/>
      <w:b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Template – Coatings and Layers 2026</dc:title>
  <dc:subject>Editable conference paper template</dc:subject>
  <dc:creator>Coatings and Layers 2026 Organising Committee</dc:creator>
  <cp:keywords>Coatings and Layers 2026, paper template, conference proceedings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